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bombeamento solar</w:t>
      </w:r>
    </w:p>
    <w:p>
      <w:pPr>
        <w:pStyle w:val="Subtitle"/>
      </w:pPr>
      <w:r>
        <w:t>Kit fotovoltaico de 7,44 kWp para bomba trifásica de 5 CV, sem baterias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Sua necessidade e o sistema proposto</w:t>
      </w:r>
    </w:p>
    <w:p>
      <w:r>
        <w:rPr/>
        <w:t xml:space="preserve">Na visita técnica medimos o poço: nível dinâmico a </w:t>
      </w:r>
      <w:r>
        <w:rPr>
          <w:b/>
        </w:rPr>
        <w:t>45 m</w:t>
      </w:r>
      <w:r>
        <w:rPr/>
        <w:t xml:space="preserve">, reservatório a 15 m acima da boca do poço e 120 m de tubulação, o que dá uma altura manométrica total de cerca de </w:t>
      </w:r>
      <w:r>
        <w:rPr>
          <w:b/>
        </w:rPr>
        <w:t>70 mca</w:t>
      </w:r>
      <w:r>
        <w:rPr/>
        <w:t xml:space="preserve">. A necessidade informada é de </w:t>
      </w:r>
      <w:r>
        <w:rPr>
          <w:b/>
        </w:rPr>
        <w:t>30 m³ de água por dia</w:t>
      </w:r>
      <w:r>
        <w:rPr/>
        <w:t>.</w:t>
      </w:r>
    </w:p>
    <w:p>
      <w:r>
        <w:rPr/>
        <w:t xml:space="preserve">Para isso propomos uma motobomba submersa de </w:t>
      </w:r>
      <w:r>
        <w:rPr>
          <w:b/>
        </w:rPr>
        <w:t>5 CV, trifásica 380 V</w:t>
      </w:r>
      <w:r>
        <w:rPr/>
        <w:t xml:space="preserve">, acionada por um drive solar com </w:t>
      </w:r>
      <w:r>
        <w:rPr>
          <w:b/>
        </w:rPr>
        <w:t>12 módulos de 620 W (7,44 kWp)</w:t>
      </w:r>
      <w:r>
        <w:rPr/>
        <w:t xml:space="preserve">. A vazão estimada é de </w:t>
      </w:r>
      <w:r>
        <w:rPr>
          <w:b/>
        </w:rPr>
        <w:t>6 m³ por hora</w:t>
      </w:r>
      <w:r>
        <w:rPr/>
        <w:t xml:space="preserve"> com sol pleno, cerca de </w:t>
      </w:r>
      <w:r>
        <w:rPr>
          <w:b/>
        </w:rPr>
        <w:t>30 m³ por dia</w:t>
      </w:r>
      <w:r>
        <w:rPr/>
        <w:t xml:space="preserve"> na média do ano.</w:t>
      </w:r>
    </w:p>
    <w:p>
      <w:r>
        <w:rPr/>
        <w:t>O sistema bombeia enquanto há sol: liga sozinho de manhã e desliga no fim da tarde. Em dia nublado bombeia menos. O reservatório guarda a água para a noite e para esses dias, por isso o sistema dispensa baterias.</w:t>
      </w:r>
    </w:p>
    <w:p>
      <w:pPr>
        <w:pStyle w:val="Heading1"/>
      </w:pPr>
      <w:r>
        <w:t>Água bombeada por mês</w:t>
      </w:r>
    </w:p>
    <w:p>
      <w:r>
        <w:t>Estimativa com a irradiação da sua região e a altura do seu poço. No inverno, com menos sol, o volume cai.</w:t>
      </w:r>
    </w:p>
    <w:p>
      <w:r>
        <w:t>Estimativa com a irradiação da sua região e a altura do seu poço. No inverno, com menos sol, o volume cai.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Água bombeada</w:t>
            </w:r>
          </w:p>
        </w:tc>
      </w:tr>
      <w:tr>
        <w:tc>
          <w:tcPr>
            <w:tcW w:type="dxa" w:w="4320"/>
          </w:tcPr>
          <w:p>
            <w:r>
              <w:t>Jan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1.000 m³</w:t>
            </w:r>
          </w:p>
        </w:tc>
      </w:tr>
      <w:tr>
        <w:tc>
          <w:tcPr>
            <w:tcW w:type="dxa" w:w="4320"/>
          </w:tcPr>
          <w:p>
            <w:r>
              <w:t>Fev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950 m³</w:t>
            </w:r>
          </w:p>
        </w:tc>
      </w:tr>
      <w:tr>
        <w:tc>
          <w:tcPr>
            <w:tcW w:type="dxa" w:w="4320"/>
          </w:tcPr>
          <w:p>
            <w:r>
              <w:t>Mar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930 m³</w:t>
            </w:r>
          </w:p>
        </w:tc>
      </w:tr>
      <w:tr>
        <w:tc>
          <w:tcPr>
            <w:tcW w:type="dxa" w:w="4320"/>
          </w:tcPr>
          <w:p>
            <w:r>
              <w:t>Abr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870 m³</w:t>
            </w:r>
          </w:p>
        </w:tc>
      </w:tr>
      <w:tr>
        <w:tc>
          <w:tcPr>
            <w:tcW w:type="dxa" w:w="4320"/>
          </w:tcPr>
          <w:p>
            <w:r>
              <w:t>Mai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790 m³</w:t>
            </w:r>
          </w:p>
        </w:tc>
      </w:tr>
      <w:tr>
        <w:tc>
          <w:tcPr>
            <w:tcW w:type="dxa" w:w="4320"/>
          </w:tcPr>
          <w:p>
            <w:r>
              <w:t>Jun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740 m³</w:t>
            </w:r>
          </w:p>
        </w:tc>
      </w:tr>
      <w:tr>
        <w:tc>
          <w:tcPr>
            <w:tcW w:type="dxa" w:w="4320"/>
          </w:tcPr>
          <w:p>
            <w:r>
              <w:t>Jul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790 m³</w:t>
            </w:r>
          </w:p>
        </w:tc>
      </w:tr>
      <w:tr>
        <w:tc>
          <w:tcPr>
            <w:tcW w:type="dxa" w:w="4320"/>
          </w:tcPr>
          <w:p>
            <w:r>
              <w:t>Ago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880 m³</w:t>
            </w:r>
          </w:p>
        </w:tc>
      </w:tr>
      <w:tr>
        <w:tc>
          <w:tcPr>
            <w:tcW w:type="dxa" w:w="4320"/>
          </w:tcPr>
          <w:p>
            <w:r>
              <w:t>Set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900 m³</w:t>
            </w:r>
          </w:p>
        </w:tc>
      </w:tr>
      <w:tr>
        <w:tc>
          <w:tcPr>
            <w:tcW w:type="dxa" w:w="4320"/>
          </w:tcPr>
          <w:p>
            <w:r>
              <w:t>Out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960 m³</w:t>
            </w:r>
          </w:p>
        </w:tc>
      </w:tr>
      <w:tr>
        <w:tc>
          <w:tcPr>
            <w:tcW w:type="dxa" w:w="4320"/>
          </w:tcPr>
          <w:p>
            <w:r>
              <w:t>Nov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980 m³</w:t>
            </w:r>
          </w:p>
        </w:tc>
      </w:tr>
      <w:tr>
        <w:tc>
          <w:tcPr>
            <w:tcW w:type="dxa" w:w="4320"/>
          </w:tcPr>
          <w:p>
            <w:r>
              <w:t>Dez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1.010 m³</w:t>
            </w:r>
          </w:p>
        </w:tc>
      </w:tr>
    </w:tbl>
    <w:p>
      <w:pPr>
        <w:pStyle w:val="Heading1"/>
      </w:pPr>
      <w:r>
        <w:t>O que está incluído</w:t>
      </w:r>
    </w:p>
    <w:p>
      <w:pPr>
        <w:pStyle w:val="ListBullet"/>
      </w:pPr>
      <w:r>
        <w:rPr>
          <w:b/>
        </w:rPr>
        <w:t>12 módulos fotovoltaicos de 620 W bifaciais (7,44 kWp)</w:t>
      </w:r>
    </w:p>
    <w:p>
      <w:pPr>
        <w:pStyle w:val="ListBullet"/>
      </w:pPr>
      <w:r>
        <w:rPr>
          <w:b/>
        </w:rPr>
        <w:t>Drive solar para bomba trifásica 380 V de até 5 CV, com MPPT e partida suave</w:t>
      </w:r>
    </w:p>
    <w:p>
      <w:pPr>
        <w:pStyle w:val="ListBullet"/>
      </w:pPr>
      <w:r>
        <w:rPr>
          <w:b/>
        </w:rPr>
        <w:t>String box com chave seccionadora e proteção contra surtos (DPS)</w:t>
      </w:r>
    </w:p>
    <w:p>
      <w:pPr>
        <w:pStyle w:val="ListBullet"/>
      </w:pPr>
      <w:r>
        <w:rPr>
          <w:b/>
        </w:rPr>
        <w:t>Estrutura de solo para os módulos, com fundação</w:t>
      </w:r>
    </w:p>
    <w:p>
      <w:pPr>
        <w:pStyle w:val="ListBullet"/>
      </w:pPr>
      <w:r>
        <w:rPr>
          <w:b/>
        </w:rPr>
        <w:t>Cabos solares, conectores MC4 e cabo da bomba até o poço</w:t>
      </w:r>
    </w:p>
    <w:p>
      <w:pPr>
        <w:pStyle w:val="ListBullet"/>
      </w:pPr>
      <w:r>
        <w:rPr>
          <w:b/>
        </w:rPr>
        <w:t>Boia de nível no reservatório: a bomba para com a caixa cheia</w:t>
      </w:r>
    </w:p>
    <w:p>
      <w:pPr>
        <w:pStyle w:val="ListBullet"/>
      </w:pPr>
      <w:r>
        <w:rPr>
          <w:b/>
        </w:rPr>
        <w:t>Instalação, teste de vazão e entrega com explicação do funcionamento</w:t>
      </w:r>
    </w:p>
    <w:p>
      <w:pPr>
        <w:pStyle w:val="Heading2"/>
      </w:pPr>
      <w:r>
        <w:t>O que não está incluído</w:t>
      </w:r>
    </w:p>
    <w:p>
      <w:pPr>
        <w:pStyle w:val="ListBullet"/>
      </w:pPr>
      <w:r>
        <w:t>Perfuração, limpeza ou teste de vazão do poço</w:t>
      </w:r>
    </w:p>
    <w:p>
      <w:pPr>
        <w:pStyle w:val="ListBullet"/>
      </w:pPr>
      <w:r>
        <w:t>Outorga ou cadastro do uso da água no órgão estadual, que é do proprietário</w:t>
      </w:r>
    </w:p>
    <w:p>
      <w:pPr>
        <w:pStyle w:val="ListBullet"/>
      </w:pPr>
      <w:r>
        <w:t>Reservatório e tubulação além dos 120 m previstos</w:t>
      </w:r>
    </w:p>
    <w:p>
      <w:pPr>
        <w:pStyle w:val="ListBullet"/>
      </w:pPr>
      <w:r>
        <w:t>Cerca ou abrigo de proteção para os módulos</w:t>
      </w:r>
    </w:p>
    <w:p>
      <w:pPr>
        <w:pStyle w:val="Heading1"/>
      </w:pPr>
      <w:r>
        <w:t>Garantias</w:t>
      </w:r>
    </w:p>
    <w:p>
      <w:pPr>
        <w:pStyle w:val="ListBullet"/>
      </w:pPr>
      <w:r>
        <w:rPr>
          <w:b/>
        </w:rPr>
        <w:t>Módulos fotovoltaicos</w:t>
      </w:r>
      <w:r>
        <w:t>: 15 anos contra defeito de fabricação e 30 anos de desempenho.</w:t>
      </w:r>
    </w:p>
    <w:p>
      <w:pPr>
        <w:pStyle w:val="ListBullet"/>
      </w:pPr>
      <w:r>
        <w:rPr>
          <w:b/>
        </w:rPr>
        <w:t>Drive solar</w:t>
      </w:r>
      <w:r>
        <w:t>: 2 anos de garantia do fabricante.</w:t>
      </w:r>
    </w:p>
    <w:p>
      <w:pPr>
        <w:pStyle w:val="ListBullet"/>
      </w:pPr>
      <w:r>
        <w:rPr>
          <w:b/>
        </w:rPr>
        <w:t>Motobomba nova</w:t>
      </w:r>
      <w:r>
        <w:t>: 1 ano de garantia do fabricante.</w:t>
      </w:r>
    </w:p>
    <w:p>
      <w:pPr>
        <w:pStyle w:val="ListBullet"/>
      </w:pPr>
      <w:r>
        <w:rPr>
          <w:b/>
        </w:rPr>
        <w:t>Instalação</w:t>
      </w:r>
      <w:r>
        <w:t>: 1 ano sobre o serviço, por nossa conta.</w:t>
      </w:r>
    </w:p>
    <w:p>
      <w:pPr>
        <w:pStyle w:val="Heading1"/>
      </w:pPr>
      <w:r>
        <w:t>Do aceite à água na caixa</w:t>
      </w:r>
    </w:p>
    <w:p>
      <w:pPr>
        <w:pStyle w:val="ListNumber"/>
      </w:pPr>
      <w:r>
        <w:rPr>
          <w:b/>
        </w:rPr>
        <w:t>1 dia — Visita técnica</w:t>
      </w:r>
      <w:r>
        <w:t>: Medimos o nível do poço, a distância e a altura até o reservatório e escolhemos o local dos módulos, sem sombra.</w:t>
      </w:r>
    </w:p>
    <w:p>
      <w:pPr>
        <w:pStyle w:val="ListNumber"/>
      </w:pPr>
      <w:r>
        <w:rPr>
          <w:b/>
        </w:rPr>
        <w:t>até 3 dias — Dimensionamento</w:t>
      </w:r>
      <w:r>
        <w:t>: Bomba e número de módulos pela altura manométrica e pela água que você precisa por dia.</w:t>
      </w:r>
    </w:p>
    <w:p>
      <w:pPr>
        <w:pStyle w:val="ListNumber"/>
      </w:pPr>
      <w:r>
        <w:rPr>
          <w:b/>
        </w:rPr>
        <w:t>conforme o distribuidor — Entrega dos equipamentos</w:t>
      </w:r>
      <w:r>
        <w:t>: Kit, motobomba e estrutura chegam na propriedade.</w:t>
      </w:r>
    </w:p>
    <w:p>
      <w:pPr>
        <w:pStyle w:val="ListNumber"/>
      </w:pPr>
      <w:r>
        <w:rPr>
          <w:b/>
        </w:rPr>
        <w:t>2 a 3 dias — Instalação</w:t>
      </w:r>
      <w:r>
        <w:t>: Estrutura, módulos, drive, descida da bomba no poço e ligação da boia.</w:t>
      </w:r>
    </w:p>
    <w:p>
      <w:pPr>
        <w:pStyle w:val="ListNumber"/>
      </w:pPr>
      <w:r>
        <w:rPr>
          <w:b/>
        </w:rPr>
        <w:t>1 dia — Teste e entrega</w:t>
      </w:r>
      <w:r>
        <w:t>: Medimos a vazão com sol e deixamos anotados os valores de referência.</w:t>
      </w:r>
    </w:p>
    <w:p>
      <w:pPr>
        <w:pStyle w:val="Heading1"/>
      </w:pPr>
      <w:r>
        <w:t>Investimento — com motobomba nova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Kit solar 7,44 kWp com drive solar 5 CV 380 V, string box, cabos e conectores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kit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R$ 16.800,00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R$ 16.800,00</w:t>
            </w:r>
          </w:p>
        </w:tc>
      </w:tr>
      <w:tr>
        <w:tc>
          <w:tcPr>
            <w:tcW w:type="dxa" w:w="2160"/>
          </w:tcPr>
          <w:p>
            <w:r>
              <w:t>Motobomba submersa 5 CV trifásica 380 V para poço de 6"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un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R$ 6.900,00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R$ 6.900,00</w:t>
            </w:r>
          </w:p>
        </w:tc>
      </w:tr>
      <w:tr>
        <w:tc>
          <w:tcPr>
            <w:tcW w:type="dxa" w:w="2160"/>
          </w:tcPr>
          <w:p>
            <w:r>
              <w:t>Estrutura de solo com fundação para 12 módulos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conjunto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R$ 2.600,00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R$ 2.600,00</w:t>
            </w:r>
          </w:p>
        </w:tc>
      </w:tr>
      <w:tr>
        <w:tc>
          <w:tcPr>
            <w:tcW w:type="dxa" w:w="2160"/>
          </w:tcPr>
          <w:p>
            <w:r>
              <w:t>Instalação elétrica e hidráulica, boia de nível e teste de vazão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serviço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R$ 4.200,00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R$ 4.200,00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R$ 30.500,00</w:t>
            </w:r>
          </w:p>
        </w:tc>
      </w:tr>
    </w:tbl>
    <w:p>
      <w:r>
        <w:t>Pagamento: 50% na assinatura, para a compra dos equipamentos, e 50% na entrega.</w:t>
      </w:r>
    </w:p>
    <w:p>
      <w:pPr>
        <w:pStyle w:val="Heading1"/>
      </w:pPr>
      <w:r>
        <w:t>Investimento — usando a sua bomba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Kit solar 7,44 kWp com drive solar 5 CV 380 V, string box, cabos e conectores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kit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R$ 16.800,00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R$ 16.800,00</w:t>
            </w:r>
          </w:p>
        </w:tc>
      </w:tr>
      <w:tr>
        <w:tc>
          <w:tcPr>
            <w:tcW w:type="dxa" w:w="2160"/>
          </w:tcPr>
          <w:p>
            <w:r>
              <w:t>Estrutura de solo com fundação para 12 módulos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conjunto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R$ 2.600,00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R$ 2.600,00</w:t>
            </w:r>
          </w:p>
        </w:tc>
      </w:tr>
      <w:tr>
        <w:tc>
          <w:tcPr>
            <w:tcW w:type="dxa" w:w="2160"/>
          </w:tcPr>
          <w:p>
            <w:r>
              <w:t>Retirada, teste de isolamento e reinstalação da bomba existente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serviço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R$ 650,00</w:t>
            </w:r>
          </w:p>
        </w:tc>
      </w:tr>
      <w:tr>
        <w:tc>
          <w:tcPr>
            <w:tcW w:type="dxa" w:w="2160"/>
          </w:tcPr>
          <w:p>
            <w:r>
              <w:t>Instalação elétrica e hidráulica, boia de nível e teste de vazão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serviço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R$ 4.200,00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R$ 4.200,00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R$ 24.250,00</w:t>
            </w:r>
          </w:p>
        </w:tc>
      </w:tr>
    </w:tbl>
    <w:p>
      <w:r>
        <w:t>Vale para bomba trifásica 380 V de até 5 CV em bom estado. Se o teste reprovar a bomba, passamos para a opção com motobomba nova. Pagamento: 50% na assinatura e 50% na entrega.</w:t>
      </w:r>
    </w:p>
    <w:p>
      <w:pPr>
        <w:pStyle w:val="Heading1"/>
      </w:pPr>
      <w:r>
        <w:t>Economia estimada</w:t>
      </w:r>
    </w:p>
    <w:p>
      <w:r>
        <w:rPr/>
        <w:t xml:space="preserve">Hoje o bombeamento custa cerca de </w:t>
      </w:r>
      <w:r>
        <w:rPr>
          <w:b/>
        </w:rPr>
        <w:t>R$ 1.100 por mês</w:t>
      </w:r>
      <w:r>
        <w:rPr/>
        <w:t xml:space="preserve"> em diesel do gerador. Com o sistema solar esse custo deixa de existir, e o investimento com motobomba nova se paga em cerca de </w:t>
      </w:r>
      <w:r>
        <w:rPr>
          <w:b/>
        </w:rPr>
        <w:t>2 anos e 4 meses</w:t>
      </w:r>
      <w:r>
        <w:rPr/>
        <w:t>.</w:t>
      </w:r>
    </w:p>
    <w:p>
      <w:r>
        <w:rPr/>
        <w:t>Ficam a limpeza dos módulos e a manutenção normal da bomba, que existiriam também com o gerador.</w:t>
      </w:r>
    </w:p>
    <w:p>
      <w:pPr>
        <w:pStyle w:val="Heading1"/>
      </w:pPr>
      <w:r>
        <w:t>Economia acumulada em 10 anos</w:t>
      </w:r>
    </w:p>
    <w:p>
      <w:r>
        <w:t>Diesel que deixa de ser comprado, sem reajuste do combustível. As barras em destaque já pagaram o investimento com motobomba nova.</w:t>
      </w:r>
    </w:p>
    <w:p>
      <w:r>
        <w:t>Diesel que deixa de ser comprado, sem reajuste do combustível. As barras em destaque já pagaram o investimento com motobomba nova.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anos após a instalação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Economia acumulada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R$ 13.200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R$ 26.400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R$ 39.600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R$ 52.800</w:t>
            </w:r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R$ 66.000</w:t>
            </w:r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R$ 79.200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R$ 92.400</w:t>
            </w:r>
          </w:p>
        </w:tc>
      </w:tr>
      <w:tr>
        <w:tc>
          <w:tcPr>
            <w:tcW w:type="dxa" w:w="4320"/>
          </w:tcPr>
          <w:p>
            <w:r>
              <w:t>8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R$ 105.600</w:t>
            </w:r>
          </w:p>
        </w:tc>
      </w:tr>
      <w:tr>
        <w:tc>
          <w:tcPr>
            <w:tcW w:type="dxa" w:w="4320"/>
          </w:tcPr>
          <w:p>
            <w:r>
              <w:t>9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R$ 118.800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t>R$ 132.000</w:t>
            </w:r>
          </w:p>
        </w:tc>
      </w:tr>
    </w:tbl>
    <w:p>
      <w:r>
        <w:t>Investimento com motobomba nova: R$ 30.500</w:t>
      </w:r>
    </w:p>
    <w:p>
      <w:pPr>
        <w:pStyle w:val="Heading1"/>
      </w:pPr>
      <w:r>
        <w:t>Perguntas frequentes</w:t>
      </w:r>
    </w:p>
    <w:p>
      <w:r>
        <w:rPr>
          <w:b/>
        </w:rPr>
        <w:t>Funciona sem bateria?</w:t>
      </w:r>
    </w:p>
    <w:p>
      <w:r>
        <w:t>Sim. O drive liga a bomba quando o sol é suficiente e desliga quando ele enfraquece. A água fica guardada no reservatório, que faz o papel da bateria. Sem bateria, não há peça cara para trocar a cada poucos anos.</w:t>
      </w:r>
    </w:p>
    <w:p>
      <w:r>
        <w:rPr>
          <w:b/>
        </w:rPr>
        <w:t>E em dia nublado ou à noite?</w:t>
      </w:r>
    </w:p>
    <w:p>
      <w:r>
        <w:t>À noite a bomba não funciona. Em dia nublado ela trabalha com vazão menor, ou por menos horas. Por isso o reservatório deve guardar a água de pelo menos um ou dois dias de consumo.</w:t>
      </w:r>
    </w:p>
    <w:p>
      <w:r>
        <w:rPr>
          <w:b/>
        </w:rPr>
        <w:t>Posso usar a bomba que já tenho?</w:t>
      </w:r>
    </w:p>
    <w:p>
      <w:r>
        <w:t>Pode, se ela for trifásica, da tensão e potência do drive e estiver em bom estado. Na opção "Usando a sua bomba" retiramos, testamos o isolamento do motor e reinstalamos. Bomba monofásica não funciona com este drive.</w:t>
      </w:r>
    </w:p>
    <w:p>
      <w:r>
        <w:rPr>
          <w:b/>
        </w:rPr>
        <w:t>Precisa de homologação na distribuidora?</w:t>
      </w:r>
    </w:p>
    <w:p>
      <w:r>
        <w:t>Não. O sistema é isolado, não se liga à rede elétrica, então não há pedido de acesso nem troca de medidor. A instalação pode começar assim que os equipamentos chegam.</w:t>
      </w:r>
    </w:p>
    <w:p>
      <w:r>
        <w:rPr>
          <w:b/>
        </w:rPr>
        <w:t>Dá para ligar a bomba na rede ou no gerador quando faltar sol?</w:t>
      </w:r>
    </w:p>
    <w:p>
      <w:r>
        <w:t>O drive proposto aceita também alimentação de rede ou gerador. A ligação dessa segunda fonte, com a chave de transferência, é orçada à parte.</w:t>
      </w:r>
    </w:p>
    <w:p>
      <w:r>
        <w:rPr>
          <w:b/>
        </w:rPr>
        <w:t>Qual a garantia?</w:t>
      </w:r>
    </w:p>
    <w:p>
      <w:r>
        <w:t>Módulos, drive e motobomba têm a garantia de fábrica de cada fabricante, com os prazos na ficha técnica entregue na instalação. A instalação tem a garantia descrita nas condições abaixo.</w:t>
      </w:r>
    </w:p>
    <w:p>
      <w:r>
        <w:rPr>
          <w:b/>
        </w:rPr>
        <w:t>Que manutenção o sistema pede?</w:t>
      </w:r>
    </w:p>
    <w:p>
      <w:r>
        <w:t>Limpar os módulos com água e escova macia quando acumular poeira, conferir se a boia do reservatório está livre e, como em qualquer poço, acompanhar a vazão. Se a vazão cair muito com sol pleno, chame a gente.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Validade desta proposta: 10 dias (o preço dos equipamentos varia)</w:t>
      </w:r>
    </w:p>
    <w:p>
      <w:pPr>
        <w:pStyle w:val="ListBullet"/>
      </w:pPr>
      <w:r>
        <w:rPr/>
        <w:t>Vazão estimada a partir das medições da visita técnica; a real depende do sol e do poço</w:t>
      </w:r>
    </w:p>
    <w:p>
      <w:pPr>
        <w:pStyle w:val="ListBullet"/>
      </w:pPr>
      <w:r>
        <w:rPr/>
        <w:t>Garantia de 1 ano sobre o serviço de instalação</w:t>
      </w:r>
    </w:p>
    <w:p>
      <w:pPr>
        <w:pStyle w:val="ListBullet"/>
      </w:pPr>
      <w:r>
        <w:rPr/>
        <w:t>O acesso de veículo até o local do poço e dos módulos é do cliente</w:t>
      </w:r>
    </w:p>
    <w:p>
      <w:r>
        <w:br w:type="page"/>
      </w:r>
    </w:p>
    <w:p>
      <w:pPr>
        <w:pStyle w:val="Heading1"/>
      </w:pPr>
      <w:r>
        <w:t>Aceite e assinatura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